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BC50" w14:textId="22C4180D" w:rsidR="00F923B4" w:rsidRDefault="00F923B4">
      <w:pPr>
        <w:pStyle w:val="Title"/>
        <w:rPr>
          <w:lang w:val="az-Latn-AZ"/>
        </w:rPr>
      </w:pPr>
      <w:r>
        <w:rPr>
          <w:noProof/>
          <w:lang w:val="az-Latn-AZ"/>
        </w:rPr>
        <w:drawing>
          <wp:anchor distT="0" distB="0" distL="114300" distR="114300" simplePos="0" relativeHeight="251658240" behindDoc="0" locked="0" layoutInCell="1" allowOverlap="1" wp14:anchorId="2DBF8638" wp14:editId="438D942B">
            <wp:simplePos x="0" y="0"/>
            <wp:positionH relativeFrom="page">
              <wp:posOffset>-48126</wp:posOffset>
            </wp:positionH>
            <wp:positionV relativeFrom="paragraph">
              <wp:posOffset>-972152</wp:posOffset>
            </wp:positionV>
            <wp:extent cx="7652084" cy="10779580"/>
            <wp:effectExtent l="0" t="0" r="6350" b="3175"/>
            <wp:wrapNone/>
            <wp:docPr id="8458351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35147" name="Graphic 845835147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966" cy="108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E4A52" w14:textId="7A35CF92" w:rsidR="00F923B4" w:rsidRDefault="00776CB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az-Latn-AZ"/>
        </w:rPr>
      </w:pPr>
      <w:r w:rsidRPr="00184805">
        <w:rPr>
          <w:rFonts w:cstheme="minorHAnsi"/>
          <w:noProof/>
          <w:color w:val="4BACC6" w:themeColor="accent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01D9C" wp14:editId="297E6DB1">
                <wp:simplePos x="0" y="0"/>
                <wp:positionH relativeFrom="column">
                  <wp:posOffset>1842770</wp:posOffset>
                </wp:positionH>
                <wp:positionV relativeFrom="paragraph">
                  <wp:posOffset>5244243</wp:posOffset>
                </wp:positionV>
                <wp:extent cx="7583805" cy="635000"/>
                <wp:effectExtent l="0" t="0" r="0" b="0"/>
                <wp:wrapNone/>
                <wp:docPr id="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805" cy="635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A5DA32" w14:textId="77777777" w:rsidR="00F923B4" w:rsidRPr="00E40CB1" w:rsidRDefault="00F923B4" w:rsidP="00F923B4">
                            <w:pPr>
                              <w:rPr>
                                <w:sz w:val="108"/>
                                <w:szCs w:val="108"/>
                              </w:rPr>
                            </w:pPr>
                            <w:r w:rsidRPr="00E40CB1">
                              <w:rPr>
                                <w:rFonts w:ascii="Arial" w:eastAsia="Arial" w:hAnsi="Arial" w:cs="Arial"/>
                                <w:b/>
                                <w:color w:val="BCD6EE"/>
                                <w:sz w:val="108"/>
                                <w:szCs w:val="108"/>
                              </w:rPr>
                              <w:t>VIDX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01D9C" id="Rectangle 1" o:spid="_x0000_s1026" style="position:absolute;margin-left:145.1pt;margin-top:412.95pt;width:597.15pt;height:5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" filled="f" stroked="f">
                <v:textbox inset="0,0,0,0">
                  <w:txbxContent>
                    <w:p w14:paraId="56A5DA32" w14:textId="77777777" w:rsidR="00F923B4" w:rsidRPr="00E40CB1" w:rsidRDefault="00F923B4" w:rsidP="00F923B4">
                      <w:pPr>
                        <w:rPr>
                          <w:sz w:val="108"/>
                          <w:szCs w:val="108"/>
                        </w:rPr>
                      </w:pPr>
                      <w:r w:rsidRPr="00E40CB1">
                        <w:rPr>
                          <w:rFonts w:ascii="Arial" w:eastAsia="Arial" w:hAnsi="Arial" w:cs="Arial"/>
                          <w:b/>
                          <w:color w:val="BCD6EE"/>
                          <w:sz w:val="108"/>
                          <w:szCs w:val="108"/>
                        </w:rPr>
                        <w:t>VIDX</w:t>
                      </w:r>
                    </w:p>
                  </w:txbxContent>
                </v:textbox>
              </v:rect>
            </w:pict>
          </mc:Fallback>
        </mc:AlternateContent>
      </w:r>
      <w:r w:rsidR="00F923B4" w:rsidRPr="0018480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CDBCDB" wp14:editId="1B718E99">
                <wp:simplePos x="0" y="0"/>
                <wp:positionH relativeFrom="page">
                  <wp:posOffset>5873115</wp:posOffset>
                </wp:positionH>
                <wp:positionV relativeFrom="paragraph">
                  <wp:posOffset>8075930</wp:posOffset>
                </wp:positionV>
                <wp:extent cx="8665210" cy="1404620"/>
                <wp:effectExtent l="0" t="0" r="0" b="0"/>
                <wp:wrapNone/>
                <wp:docPr id="129226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9D8DB" w14:textId="77777777" w:rsidR="00F923B4" w:rsidRPr="006C6FD8" w:rsidRDefault="00F923B4" w:rsidP="00F923B4">
                            <w:pP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  <w:t xml:space="preserve"> BAKI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CDBC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62.45pt;margin-top:635.9pt;width:682.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" filled="f" stroked="f">
                <v:textbox style="mso-fit-shape-to-text:t">
                  <w:txbxContent>
                    <w:p w14:paraId="55D9D8DB" w14:textId="77777777" w:rsidR="00F923B4" w:rsidRPr="006C6FD8" w:rsidRDefault="00F923B4" w:rsidP="00F923B4">
                      <w:pP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  <w:t xml:space="preserve"> BAKI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23B4" w:rsidRPr="0018480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488C5E" wp14:editId="7D69076D">
                <wp:simplePos x="0" y="0"/>
                <wp:positionH relativeFrom="page">
                  <wp:posOffset>2454688</wp:posOffset>
                </wp:positionH>
                <wp:positionV relativeFrom="paragraph">
                  <wp:posOffset>7594600</wp:posOffset>
                </wp:positionV>
                <wp:extent cx="8665210" cy="1404620"/>
                <wp:effectExtent l="0" t="0" r="0" b="0"/>
                <wp:wrapNone/>
                <wp:docPr id="40436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F3E9A" w14:textId="2EEC8B11" w:rsidR="00F923B4" w:rsidRPr="00F923B4" w:rsidRDefault="00F923B4" w:rsidP="00F923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  <w:lang w:val="az-Latn-A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  <w:lang w:val="az-Latn-AZ"/>
                              </w:rPr>
                              <w:t>YAZILI HESBAT NÜMUNƏSİ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88C5E" id="_x0000_s1028" type="#_x0000_t202" style="position:absolute;margin-left:193.3pt;margin-top:598pt;width:682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" filled="f" stroked="f">
                <v:textbox style="mso-fit-shape-to-text:t">
                  <w:txbxContent>
                    <w:p w14:paraId="4C5F3E9A" w14:textId="2EEC8B11" w:rsidR="00F923B4" w:rsidRPr="00F923B4" w:rsidRDefault="00F923B4" w:rsidP="00F923B4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  <w:lang w:val="az-Latn-A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  <w:lang w:val="az-Latn-AZ"/>
                        </w:rPr>
                        <w:t>YAZILI HESBAT NÜMUNƏSİ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23B4" w:rsidRPr="00184805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0E0DEC5D" wp14:editId="4BB8F897">
            <wp:simplePos x="0" y="0"/>
            <wp:positionH relativeFrom="margin">
              <wp:posOffset>1303655</wp:posOffset>
            </wp:positionH>
            <wp:positionV relativeFrom="paragraph">
              <wp:posOffset>840518</wp:posOffset>
            </wp:positionV>
            <wp:extent cx="2661719" cy="2895594"/>
            <wp:effectExtent l="0" t="0" r="5715" b="635"/>
            <wp:wrapNone/>
            <wp:docPr id="213994585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45854" name="Graphic 2139945854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719" cy="289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3B4">
        <w:rPr>
          <w:lang w:val="az-Latn-AZ"/>
        </w:rPr>
        <w:br w:type="page"/>
      </w:r>
    </w:p>
    <w:p w14:paraId="610D55D7" w14:textId="22DB3BB5" w:rsidR="00DF32C0" w:rsidRPr="00F923B4" w:rsidRDefault="005F1296">
      <w:pPr>
        <w:pStyle w:val="Title"/>
        <w:rPr>
          <w:rFonts w:ascii="Arial" w:hAnsi="Arial" w:cs="Arial"/>
          <w:lang w:val="az-Latn-AZ"/>
        </w:rPr>
      </w:pPr>
      <w:r w:rsidRPr="005F1296">
        <w:rPr>
          <w:lang w:val="az-Latn-AZ"/>
        </w:rPr>
        <w:lastRenderedPageBreak/>
        <w:t xml:space="preserve">              </w:t>
      </w:r>
      <w:r w:rsidRPr="00F923B4">
        <w:rPr>
          <w:rFonts w:ascii="Arial" w:hAnsi="Arial" w:cs="Arial"/>
          <w:lang w:val="az-Latn-AZ"/>
        </w:rPr>
        <w:t>Yazılı hesabat nümunəsi</w:t>
      </w:r>
    </w:p>
    <w:p w14:paraId="57A2F989" w14:textId="69D6E7FD" w:rsidR="00DF32C0" w:rsidRPr="00F923B4" w:rsidRDefault="005F1296">
      <w:pPr>
        <w:pStyle w:val="Heading1"/>
        <w:rPr>
          <w:rFonts w:ascii="Arial" w:hAnsi="Arial" w:cs="Arial"/>
          <w:sz w:val="22"/>
          <w:szCs w:val="22"/>
          <w:lang w:val="az-Latn-AZ"/>
        </w:rPr>
      </w:pPr>
      <w:r w:rsidRPr="00F923B4">
        <w:rPr>
          <w:rFonts w:ascii="Arial" w:hAnsi="Arial" w:cs="Arial"/>
          <w:sz w:val="22"/>
          <w:szCs w:val="22"/>
          <w:lang w:val="az-Latn-AZ"/>
        </w:rPr>
        <w:t xml:space="preserve">1. Komanda </w:t>
      </w:r>
      <w:r w:rsidR="00322E99" w:rsidRPr="00F923B4">
        <w:rPr>
          <w:rFonts w:ascii="Arial" w:hAnsi="Arial" w:cs="Arial"/>
          <w:sz w:val="22"/>
          <w:szCs w:val="22"/>
          <w:lang w:val="az-Latn-AZ"/>
        </w:rPr>
        <w:t>m</w:t>
      </w:r>
      <w:r w:rsidRPr="00F923B4">
        <w:rPr>
          <w:rFonts w:ascii="Arial" w:hAnsi="Arial" w:cs="Arial"/>
          <w:sz w:val="22"/>
          <w:szCs w:val="22"/>
          <w:lang w:val="az-Latn-AZ"/>
        </w:rPr>
        <w:t>əlumatları</w:t>
      </w:r>
    </w:p>
    <w:tbl>
      <w:tblPr>
        <w:tblStyle w:val="TableGrid"/>
        <w:tblW w:w="8866" w:type="dxa"/>
        <w:tblLook w:val="04A0" w:firstRow="1" w:lastRow="0" w:firstColumn="1" w:lastColumn="0" w:noHBand="0" w:noVBand="1"/>
      </w:tblPr>
      <w:tblGrid>
        <w:gridCol w:w="4433"/>
        <w:gridCol w:w="4433"/>
      </w:tblGrid>
      <w:tr w:rsidR="00DF32C0" w:rsidRPr="00F923B4" w14:paraId="11DA9C2C" w14:textId="77777777" w:rsidTr="005F1296">
        <w:trPr>
          <w:trHeight w:val="529"/>
        </w:trPr>
        <w:tc>
          <w:tcPr>
            <w:tcW w:w="4433" w:type="dxa"/>
          </w:tcPr>
          <w:p w14:paraId="224BF435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Məlumat</w:t>
            </w:r>
          </w:p>
        </w:tc>
        <w:tc>
          <w:tcPr>
            <w:tcW w:w="4433" w:type="dxa"/>
          </w:tcPr>
          <w:p w14:paraId="56E45D42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Təsviri</w:t>
            </w:r>
          </w:p>
        </w:tc>
      </w:tr>
      <w:tr w:rsidR="00DF32C0" w:rsidRPr="00F923B4" w14:paraId="7EFD6F78" w14:textId="77777777" w:rsidTr="005F1296">
        <w:trPr>
          <w:trHeight w:val="555"/>
        </w:trPr>
        <w:tc>
          <w:tcPr>
            <w:tcW w:w="4433" w:type="dxa"/>
          </w:tcPr>
          <w:p w14:paraId="0AA60CBE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Komanda adı</w:t>
            </w:r>
          </w:p>
        </w:tc>
        <w:tc>
          <w:tcPr>
            <w:tcW w:w="4433" w:type="dxa"/>
          </w:tcPr>
          <w:p w14:paraId="1F4396D0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</w:tr>
      <w:tr w:rsidR="00DF32C0" w:rsidRPr="00F923B4" w14:paraId="1462EEAE" w14:textId="77777777" w:rsidTr="005F1296">
        <w:trPr>
          <w:trHeight w:val="529"/>
        </w:trPr>
        <w:tc>
          <w:tcPr>
            <w:tcW w:w="4433" w:type="dxa"/>
          </w:tcPr>
          <w:p w14:paraId="5BAA3A7D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Qoşulduğu kateqoriya</w:t>
            </w:r>
          </w:p>
        </w:tc>
        <w:tc>
          <w:tcPr>
            <w:tcW w:w="4433" w:type="dxa"/>
          </w:tcPr>
          <w:p w14:paraId="2C92BCD4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</w:tr>
    </w:tbl>
    <w:p w14:paraId="326B3EA3" w14:textId="0E7412E7" w:rsidR="00DF32C0" w:rsidRPr="00F923B4" w:rsidRDefault="005F1296">
      <w:pPr>
        <w:pStyle w:val="Heading1"/>
        <w:rPr>
          <w:rFonts w:ascii="Arial" w:hAnsi="Arial" w:cs="Arial"/>
          <w:sz w:val="22"/>
          <w:szCs w:val="22"/>
          <w:lang w:val="az-Latn-AZ"/>
        </w:rPr>
      </w:pPr>
      <w:r w:rsidRPr="00F923B4">
        <w:rPr>
          <w:rFonts w:ascii="Arial" w:hAnsi="Arial" w:cs="Arial"/>
          <w:sz w:val="22"/>
          <w:szCs w:val="22"/>
          <w:lang w:val="az-Latn-AZ"/>
        </w:rPr>
        <w:t xml:space="preserve">2. Komanda </w:t>
      </w:r>
      <w:r w:rsidR="00322E99" w:rsidRPr="00F923B4">
        <w:rPr>
          <w:rFonts w:ascii="Arial" w:hAnsi="Arial" w:cs="Arial"/>
          <w:sz w:val="22"/>
          <w:szCs w:val="22"/>
          <w:lang w:val="az-Latn-AZ"/>
        </w:rPr>
        <w:t>ü</w:t>
      </w:r>
      <w:r w:rsidRPr="00F923B4">
        <w:rPr>
          <w:rFonts w:ascii="Arial" w:hAnsi="Arial" w:cs="Arial"/>
          <w:sz w:val="22"/>
          <w:szCs w:val="22"/>
          <w:lang w:val="az-Latn-AZ"/>
        </w:rPr>
        <w:t xml:space="preserve">zvləri </w:t>
      </w:r>
      <w:r w:rsidR="00322E99" w:rsidRPr="00F923B4">
        <w:rPr>
          <w:rFonts w:ascii="Arial" w:hAnsi="Arial" w:cs="Arial"/>
          <w:sz w:val="22"/>
          <w:szCs w:val="22"/>
          <w:lang w:val="az-Latn-AZ"/>
        </w:rPr>
        <w:t>h</w:t>
      </w:r>
      <w:r w:rsidRPr="00F923B4">
        <w:rPr>
          <w:rFonts w:ascii="Arial" w:hAnsi="Arial" w:cs="Arial"/>
          <w:sz w:val="22"/>
          <w:szCs w:val="22"/>
          <w:lang w:val="az-Latn-AZ"/>
        </w:rPr>
        <w:t xml:space="preserve">aqqında </w:t>
      </w:r>
      <w:r w:rsidR="00322E99" w:rsidRPr="00F923B4">
        <w:rPr>
          <w:rFonts w:ascii="Arial" w:hAnsi="Arial" w:cs="Arial"/>
          <w:sz w:val="22"/>
          <w:szCs w:val="22"/>
          <w:lang w:val="az-Latn-AZ"/>
        </w:rPr>
        <w:t>m</w:t>
      </w:r>
      <w:r w:rsidRPr="00F923B4">
        <w:rPr>
          <w:rFonts w:ascii="Arial" w:hAnsi="Arial" w:cs="Arial"/>
          <w:sz w:val="22"/>
          <w:szCs w:val="22"/>
          <w:lang w:val="az-Latn-AZ"/>
        </w:rPr>
        <w:t>əlumat</w:t>
      </w:r>
    </w:p>
    <w:tbl>
      <w:tblPr>
        <w:tblStyle w:val="TableGrid"/>
        <w:tblW w:w="8995" w:type="dxa"/>
        <w:tblLook w:val="04A0" w:firstRow="1" w:lastRow="0" w:firstColumn="1" w:lastColumn="0" w:noHBand="0" w:noVBand="1"/>
      </w:tblPr>
      <w:tblGrid>
        <w:gridCol w:w="1799"/>
        <w:gridCol w:w="1799"/>
        <w:gridCol w:w="1799"/>
        <w:gridCol w:w="1799"/>
        <w:gridCol w:w="1799"/>
      </w:tblGrid>
      <w:tr w:rsidR="00DF32C0" w:rsidRPr="00F923B4" w14:paraId="0498F1C0" w14:textId="77777777" w:rsidTr="005F1296">
        <w:trPr>
          <w:trHeight w:val="981"/>
        </w:trPr>
        <w:tc>
          <w:tcPr>
            <w:tcW w:w="1799" w:type="dxa"/>
          </w:tcPr>
          <w:p w14:paraId="574EBA3F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№</w:t>
            </w:r>
          </w:p>
        </w:tc>
        <w:tc>
          <w:tcPr>
            <w:tcW w:w="1799" w:type="dxa"/>
          </w:tcPr>
          <w:p w14:paraId="024BE439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Adı</w:t>
            </w:r>
          </w:p>
        </w:tc>
        <w:tc>
          <w:tcPr>
            <w:tcW w:w="1799" w:type="dxa"/>
          </w:tcPr>
          <w:p w14:paraId="347F1050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Soyadı</w:t>
            </w:r>
          </w:p>
        </w:tc>
        <w:tc>
          <w:tcPr>
            <w:tcW w:w="1799" w:type="dxa"/>
          </w:tcPr>
          <w:p w14:paraId="09A189FC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Yaşı</w:t>
            </w:r>
          </w:p>
        </w:tc>
        <w:tc>
          <w:tcPr>
            <w:tcW w:w="1799" w:type="dxa"/>
          </w:tcPr>
          <w:p w14:paraId="15374684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Məktəb adı və sinfi</w:t>
            </w:r>
          </w:p>
        </w:tc>
      </w:tr>
      <w:tr w:rsidR="00DF32C0" w:rsidRPr="00F923B4" w14:paraId="16D6EF07" w14:textId="77777777" w:rsidTr="005F1296">
        <w:trPr>
          <w:trHeight w:val="479"/>
        </w:trPr>
        <w:tc>
          <w:tcPr>
            <w:tcW w:w="1799" w:type="dxa"/>
          </w:tcPr>
          <w:p w14:paraId="7A7F0446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1</w:t>
            </w:r>
          </w:p>
        </w:tc>
        <w:tc>
          <w:tcPr>
            <w:tcW w:w="1799" w:type="dxa"/>
          </w:tcPr>
          <w:p w14:paraId="75D3F41A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5F488141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7B938588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6576BA53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</w:tr>
      <w:tr w:rsidR="00DF32C0" w:rsidRPr="00F923B4" w14:paraId="4B198B48" w14:textId="77777777" w:rsidTr="005F1296">
        <w:trPr>
          <w:trHeight w:val="479"/>
        </w:trPr>
        <w:tc>
          <w:tcPr>
            <w:tcW w:w="1799" w:type="dxa"/>
          </w:tcPr>
          <w:p w14:paraId="4E9C9019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2</w:t>
            </w:r>
          </w:p>
        </w:tc>
        <w:tc>
          <w:tcPr>
            <w:tcW w:w="1799" w:type="dxa"/>
          </w:tcPr>
          <w:p w14:paraId="6750DD88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244F8B11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1A96CACB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25EE8964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</w:tr>
      <w:tr w:rsidR="00DF32C0" w:rsidRPr="00F923B4" w14:paraId="4390DE92" w14:textId="77777777" w:rsidTr="005F1296">
        <w:trPr>
          <w:trHeight w:val="502"/>
        </w:trPr>
        <w:tc>
          <w:tcPr>
            <w:tcW w:w="1799" w:type="dxa"/>
          </w:tcPr>
          <w:p w14:paraId="2E012DB6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3</w:t>
            </w:r>
          </w:p>
        </w:tc>
        <w:tc>
          <w:tcPr>
            <w:tcW w:w="1799" w:type="dxa"/>
          </w:tcPr>
          <w:p w14:paraId="7E436FD0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7C257073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4357EF94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1F8EC7BA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</w:tr>
      <w:tr w:rsidR="00DF32C0" w:rsidRPr="00F923B4" w14:paraId="432FC400" w14:textId="77777777" w:rsidTr="005F1296">
        <w:trPr>
          <w:trHeight w:val="479"/>
        </w:trPr>
        <w:tc>
          <w:tcPr>
            <w:tcW w:w="1799" w:type="dxa"/>
          </w:tcPr>
          <w:p w14:paraId="27B76321" w14:textId="77777777" w:rsidR="00DF32C0" w:rsidRPr="00F923B4" w:rsidRDefault="005F1296">
            <w:pPr>
              <w:rPr>
                <w:rFonts w:ascii="Arial" w:hAnsi="Arial" w:cs="Arial"/>
                <w:lang w:val="az-Latn-AZ"/>
              </w:rPr>
            </w:pPr>
            <w:r w:rsidRPr="00F923B4">
              <w:rPr>
                <w:rFonts w:ascii="Arial" w:hAnsi="Arial" w:cs="Arial"/>
                <w:lang w:val="az-Latn-AZ"/>
              </w:rPr>
              <w:t>4</w:t>
            </w:r>
          </w:p>
        </w:tc>
        <w:tc>
          <w:tcPr>
            <w:tcW w:w="1799" w:type="dxa"/>
          </w:tcPr>
          <w:p w14:paraId="4162A588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00752342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28D64E14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  <w:tc>
          <w:tcPr>
            <w:tcW w:w="1799" w:type="dxa"/>
          </w:tcPr>
          <w:p w14:paraId="407E2A76" w14:textId="77777777" w:rsidR="00DF32C0" w:rsidRPr="00F923B4" w:rsidRDefault="00DF32C0">
            <w:pPr>
              <w:rPr>
                <w:rFonts w:ascii="Arial" w:hAnsi="Arial" w:cs="Arial"/>
                <w:lang w:val="az-Latn-AZ"/>
              </w:rPr>
            </w:pPr>
          </w:p>
        </w:tc>
      </w:tr>
    </w:tbl>
    <w:p w14:paraId="1A7F0F0A" w14:textId="77777777" w:rsidR="00DF32C0" w:rsidRPr="00F923B4" w:rsidRDefault="005F1296">
      <w:pPr>
        <w:pStyle w:val="Heading1"/>
        <w:rPr>
          <w:rFonts w:ascii="Arial" w:hAnsi="Arial" w:cs="Arial"/>
          <w:sz w:val="22"/>
          <w:szCs w:val="22"/>
          <w:lang w:val="az-Latn-AZ"/>
        </w:rPr>
      </w:pPr>
      <w:r w:rsidRPr="00F923B4">
        <w:rPr>
          <w:rFonts w:ascii="Arial" w:hAnsi="Arial" w:cs="Arial"/>
          <w:sz w:val="22"/>
          <w:szCs w:val="22"/>
          <w:lang w:val="az-Latn-AZ"/>
        </w:rPr>
        <w:t>3. Mövzuya uyğun hekayə</w:t>
      </w:r>
    </w:p>
    <w:p w14:paraId="1770C0B6" w14:textId="6B57E7EA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(Komandanın hekayəsi ma</w:t>
      </w:r>
      <w:r w:rsidR="00D40691" w:rsidRPr="00F923B4">
        <w:rPr>
          <w:rFonts w:ascii="Arial" w:hAnsi="Arial" w:cs="Arial"/>
          <w:lang w:val="az-Latn-AZ"/>
        </w:rPr>
        <w:t xml:space="preserve">ksimum </w:t>
      </w:r>
      <w:r w:rsidRPr="00F923B4">
        <w:rPr>
          <w:rFonts w:ascii="Arial" w:hAnsi="Arial" w:cs="Arial"/>
          <w:lang w:val="az-Latn-AZ"/>
        </w:rPr>
        <w:t xml:space="preserve"> 200 sözdən ibarət olmalıdır.)</w:t>
      </w:r>
    </w:p>
    <w:p w14:paraId="5B9DC3EF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___________________________________________________________________________________</w:t>
      </w:r>
    </w:p>
    <w:p w14:paraId="4E727C0B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___________________________________________________________________________________</w:t>
      </w:r>
    </w:p>
    <w:p w14:paraId="190D9222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___________________________________________________________________________________</w:t>
      </w:r>
    </w:p>
    <w:p w14:paraId="38ABD78D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___________________________________________________________________________________</w:t>
      </w:r>
    </w:p>
    <w:p w14:paraId="337914B7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___________________________________________________________________________________</w:t>
      </w:r>
    </w:p>
    <w:p w14:paraId="471C77D0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___________________________________________________________________________________</w:t>
      </w:r>
    </w:p>
    <w:p w14:paraId="2A2D3D68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___________________________________________________________________________________</w:t>
      </w:r>
    </w:p>
    <w:p w14:paraId="24998644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lastRenderedPageBreak/>
        <w:t>___________________________________________________________________________________</w:t>
      </w:r>
    </w:p>
    <w:p w14:paraId="30C09D1F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___________________________________________________________________________________</w:t>
      </w:r>
    </w:p>
    <w:p w14:paraId="68586D80" w14:textId="77777777" w:rsidR="00DF32C0" w:rsidRPr="00F923B4" w:rsidRDefault="005F1296">
      <w:pPr>
        <w:rPr>
          <w:rFonts w:ascii="Arial" w:hAnsi="Arial" w:cs="Arial"/>
          <w:lang w:val="az-Latn-AZ"/>
        </w:rPr>
      </w:pPr>
      <w:r w:rsidRPr="00F923B4">
        <w:rPr>
          <w:rFonts w:ascii="Arial" w:hAnsi="Arial" w:cs="Arial"/>
          <w:lang w:val="az-Latn-AZ"/>
        </w:rPr>
        <w:t>___________________________________________________________________________________</w:t>
      </w:r>
    </w:p>
    <w:sectPr w:rsidR="00DF32C0" w:rsidRPr="00F923B4" w:rsidSect="00F923B4">
      <w:headerReference w:type="default" r:id="rId12"/>
      <w:footerReference w:type="default" r:id="rId13"/>
      <w:pgSz w:w="11906" w:h="16838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D8CFA" w14:textId="77777777" w:rsidR="00ED1DCE" w:rsidRDefault="00ED1DCE" w:rsidP="00F923B4">
      <w:pPr>
        <w:spacing w:after="0" w:line="240" w:lineRule="auto"/>
      </w:pPr>
      <w:r>
        <w:separator/>
      </w:r>
    </w:p>
  </w:endnote>
  <w:endnote w:type="continuationSeparator" w:id="0">
    <w:p w14:paraId="49C22B9A" w14:textId="77777777" w:rsidR="00ED1DCE" w:rsidRDefault="00ED1DCE" w:rsidP="00F9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8689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2A6F55" w14:textId="351D4D84" w:rsidR="00F923B4" w:rsidRDefault="00F923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69A054" w14:textId="77777777" w:rsidR="00F923B4" w:rsidRDefault="00F92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DC414" w14:textId="77777777" w:rsidR="00ED1DCE" w:rsidRDefault="00ED1DCE" w:rsidP="00F923B4">
      <w:pPr>
        <w:spacing w:after="0" w:line="240" w:lineRule="auto"/>
      </w:pPr>
      <w:r>
        <w:separator/>
      </w:r>
    </w:p>
  </w:footnote>
  <w:footnote w:type="continuationSeparator" w:id="0">
    <w:p w14:paraId="67C27016" w14:textId="77777777" w:rsidR="00ED1DCE" w:rsidRDefault="00ED1DCE" w:rsidP="00F9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4701" w14:textId="5EC138FA" w:rsidR="00F923B4" w:rsidRPr="00F923B4" w:rsidRDefault="00F923B4" w:rsidP="00F923B4">
    <w:pPr>
      <w:pStyle w:val="Header"/>
      <w:jc w:val="right"/>
      <w:rPr>
        <w:rFonts w:ascii="Arial" w:hAnsi="Arial" w:cs="Arial"/>
        <w:i/>
        <w:iCs/>
        <w:lang w:val="az-Latn-AZ"/>
      </w:rPr>
    </w:pPr>
    <w:r w:rsidRPr="00F923B4">
      <w:rPr>
        <w:rFonts w:ascii="Arial" w:hAnsi="Arial" w:cs="Arial"/>
        <w:i/>
        <w:iCs/>
        <w:lang w:val="az-Latn-AZ"/>
      </w:rPr>
      <w:t>Red.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9520578">
    <w:abstractNumId w:val="8"/>
  </w:num>
  <w:num w:numId="2" w16cid:durableId="1620256929">
    <w:abstractNumId w:val="6"/>
  </w:num>
  <w:num w:numId="3" w16cid:durableId="1331642649">
    <w:abstractNumId w:val="5"/>
  </w:num>
  <w:num w:numId="4" w16cid:durableId="1599823924">
    <w:abstractNumId w:val="4"/>
  </w:num>
  <w:num w:numId="5" w16cid:durableId="370615689">
    <w:abstractNumId w:val="7"/>
  </w:num>
  <w:num w:numId="6" w16cid:durableId="934094131">
    <w:abstractNumId w:val="3"/>
  </w:num>
  <w:num w:numId="7" w16cid:durableId="495732329">
    <w:abstractNumId w:val="2"/>
  </w:num>
  <w:num w:numId="8" w16cid:durableId="1932539854">
    <w:abstractNumId w:val="1"/>
  </w:num>
  <w:num w:numId="9" w16cid:durableId="1285848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2E99"/>
    <w:rsid w:val="00326F90"/>
    <w:rsid w:val="005F1296"/>
    <w:rsid w:val="006F6C7E"/>
    <w:rsid w:val="00776CB2"/>
    <w:rsid w:val="00846CBE"/>
    <w:rsid w:val="00AA1D8D"/>
    <w:rsid w:val="00AF74C8"/>
    <w:rsid w:val="00B47730"/>
    <w:rsid w:val="00CB0664"/>
    <w:rsid w:val="00D40691"/>
    <w:rsid w:val="00DF32C0"/>
    <w:rsid w:val="00ED1DCE"/>
    <w:rsid w:val="00F923B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7691D6"/>
  <w14:defaultImageDpi w14:val="300"/>
  <w15:docId w15:val="{30727ECA-0CF1-4F9C-9523-31C3F5AE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F854B3-28D1-4407-9EF1-E52103F3C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733</Words>
  <Characters>418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4</cp:revision>
  <dcterms:created xsi:type="dcterms:W3CDTF">2025-05-13T11:36:00Z</dcterms:created>
  <dcterms:modified xsi:type="dcterms:W3CDTF">2025-06-02T12:20:00Z</dcterms:modified>
  <cp:category/>
</cp:coreProperties>
</file>